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EE41" w14:textId="59BCB505" w:rsidR="001944AE" w:rsidRDefault="00F06A55">
      <w:pPr>
        <w:pStyle w:val="Heading1"/>
      </w:pPr>
      <w:r>
        <w:t>Destinations of Pupils</w:t>
      </w:r>
      <w:r w:rsidR="005B5880">
        <w:t xml:space="preserve"> 2024 Leavers</w:t>
      </w:r>
    </w:p>
    <w:p w14:paraId="4866505F" w14:textId="77777777" w:rsidR="005B5880" w:rsidRPr="005B5880" w:rsidRDefault="005B5880" w:rsidP="005B5880"/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1944AE" w14:paraId="43627F84" w14:textId="77777777">
        <w:tc>
          <w:tcPr>
            <w:tcW w:w="2880" w:type="dxa"/>
          </w:tcPr>
          <w:p w14:paraId="36262B33" w14:textId="77777777" w:rsidR="001944AE" w:rsidRPr="005B5880" w:rsidRDefault="00F06A55">
            <w:pPr>
              <w:rPr>
                <w:b/>
                <w:bCs/>
                <w:sz w:val="24"/>
                <w:szCs w:val="24"/>
              </w:rPr>
            </w:pPr>
            <w:r w:rsidRPr="005B5880">
              <w:rPr>
                <w:b/>
                <w:bCs/>
                <w:sz w:val="24"/>
                <w:szCs w:val="24"/>
              </w:rPr>
              <w:t>Destination</w:t>
            </w:r>
          </w:p>
        </w:tc>
        <w:tc>
          <w:tcPr>
            <w:tcW w:w="2880" w:type="dxa"/>
          </w:tcPr>
          <w:p w14:paraId="71541978" w14:textId="77777777" w:rsidR="001944AE" w:rsidRPr="005B5880" w:rsidRDefault="00F06A55">
            <w:pPr>
              <w:rPr>
                <w:b/>
                <w:bCs/>
                <w:sz w:val="24"/>
                <w:szCs w:val="24"/>
              </w:rPr>
            </w:pPr>
            <w:r w:rsidRPr="005B5880">
              <w:rPr>
                <w:b/>
                <w:bCs/>
                <w:sz w:val="24"/>
                <w:szCs w:val="24"/>
              </w:rPr>
              <w:t>Number of Pupils</w:t>
            </w:r>
          </w:p>
        </w:tc>
        <w:tc>
          <w:tcPr>
            <w:tcW w:w="2880" w:type="dxa"/>
          </w:tcPr>
          <w:p w14:paraId="4261F78C" w14:textId="77777777" w:rsidR="001944AE" w:rsidRPr="005B5880" w:rsidRDefault="00F06A55">
            <w:pPr>
              <w:rPr>
                <w:b/>
                <w:bCs/>
                <w:sz w:val="24"/>
                <w:szCs w:val="24"/>
              </w:rPr>
            </w:pPr>
            <w:r w:rsidRPr="005B5880">
              <w:rPr>
                <w:b/>
                <w:bCs/>
                <w:sz w:val="24"/>
                <w:szCs w:val="24"/>
              </w:rPr>
              <w:t>% of Pupils</w:t>
            </w:r>
          </w:p>
        </w:tc>
      </w:tr>
      <w:tr w:rsidR="001944AE" w14:paraId="4BC6ED22" w14:textId="77777777">
        <w:tc>
          <w:tcPr>
            <w:tcW w:w="2880" w:type="dxa"/>
          </w:tcPr>
          <w:p w14:paraId="34C2B3A2" w14:textId="77777777" w:rsidR="001944AE" w:rsidRDefault="00F06A55">
            <w:r>
              <w:t>CCG (Worthing)</w:t>
            </w:r>
          </w:p>
        </w:tc>
        <w:tc>
          <w:tcPr>
            <w:tcW w:w="2880" w:type="dxa"/>
          </w:tcPr>
          <w:p w14:paraId="2C722F09" w14:textId="77777777" w:rsidR="001944AE" w:rsidRDefault="00F06A55">
            <w:r>
              <w:t>69</w:t>
            </w:r>
          </w:p>
        </w:tc>
        <w:tc>
          <w:tcPr>
            <w:tcW w:w="2880" w:type="dxa"/>
          </w:tcPr>
          <w:p w14:paraId="3383364D" w14:textId="77777777" w:rsidR="001944AE" w:rsidRDefault="00F06A55">
            <w:r>
              <w:t>31.8</w:t>
            </w:r>
          </w:p>
        </w:tc>
      </w:tr>
      <w:tr w:rsidR="001944AE" w14:paraId="0C1F47AC" w14:textId="77777777">
        <w:tc>
          <w:tcPr>
            <w:tcW w:w="2880" w:type="dxa"/>
          </w:tcPr>
          <w:p w14:paraId="2983FDEE" w14:textId="77777777" w:rsidR="001944AE" w:rsidRDefault="00F06A55">
            <w:r>
              <w:t>CCG (Northbrook)</w:t>
            </w:r>
          </w:p>
        </w:tc>
        <w:tc>
          <w:tcPr>
            <w:tcW w:w="2880" w:type="dxa"/>
          </w:tcPr>
          <w:p w14:paraId="47B15F5D" w14:textId="77777777" w:rsidR="001944AE" w:rsidRDefault="00F06A55">
            <w:r>
              <w:t>43</w:t>
            </w:r>
          </w:p>
        </w:tc>
        <w:tc>
          <w:tcPr>
            <w:tcW w:w="2880" w:type="dxa"/>
          </w:tcPr>
          <w:p w14:paraId="7AA44CB2" w14:textId="77777777" w:rsidR="001944AE" w:rsidRDefault="00F06A55">
            <w:r>
              <w:t>19.8</w:t>
            </w:r>
          </w:p>
        </w:tc>
      </w:tr>
      <w:tr w:rsidR="001944AE" w14:paraId="102EF83E" w14:textId="77777777">
        <w:tc>
          <w:tcPr>
            <w:tcW w:w="2880" w:type="dxa"/>
          </w:tcPr>
          <w:p w14:paraId="270D4077" w14:textId="77777777" w:rsidR="001944AE" w:rsidRDefault="00F06A55">
            <w:r>
              <w:t>BHASVIC</w:t>
            </w:r>
          </w:p>
        </w:tc>
        <w:tc>
          <w:tcPr>
            <w:tcW w:w="2880" w:type="dxa"/>
          </w:tcPr>
          <w:p w14:paraId="426EEACC" w14:textId="77777777" w:rsidR="001944AE" w:rsidRDefault="00F06A55">
            <w:r>
              <w:t>41</w:t>
            </w:r>
          </w:p>
        </w:tc>
        <w:tc>
          <w:tcPr>
            <w:tcW w:w="2880" w:type="dxa"/>
          </w:tcPr>
          <w:p w14:paraId="34327E95" w14:textId="77777777" w:rsidR="001944AE" w:rsidRDefault="00F06A55">
            <w:r>
              <w:t>18.9</w:t>
            </w:r>
          </w:p>
        </w:tc>
      </w:tr>
      <w:tr w:rsidR="001944AE" w14:paraId="6FA7F7F0" w14:textId="77777777">
        <w:tc>
          <w:tcPr>
            <w:tcW w:w="2880" w:type="dxa"/>
          </w:tcPr>
          <w:p w14:paraId="74F61B64" w14:textId="77777777" w:rsidR="001944AE" w:rsidRDefault="00F06A55">
            <w:r>
              <w:t>CCG (Chichester)</w:t>
            </w:r>
          </w:p>
        </w:tc>
        <w:tc>
          <w:tcPr>
            <w:tcW w:w="2880" w:type="dxa"/>
          </w:tcPr>
          <w:p w14:paraId="2085C65D" w14:textId="77777777" w:rsidR="001944AE" w:rsidRDefault="00F06A55">
            <w:r>
              <w:t>19</w:t>
            </w:r>
          </w:p>
        </w:tc>
        <w:tc>
          <w:tcPr>
            <w:tcW w:w="2880" w:type="dxa"/>
          </w:tcPr>
          <w:p w14:paraId="47179B27" w14:textId="77777777" w:rsidR="001944AE" w:rsidRDefault="00F06A55">
            <w:r>
              <w:t>8.7</w:t>
            </w:r>
          </w:p>
        </w:tc>
      </w:tr>
      <w:tr w:rsidR="001944AE" w14:paraId="7E658D92" w14:textId="77777777">
        <w:tc>
          <w:tcPr>
            <w:tcW w:w="2880" w:type="dxa"/>
          </w:tcPr>
          <w:p w14:paraId="19DFAB0D" w14:textId="77777777" w:rsidR="001944AE" w:rsidRDefault="00F06A55">
            <w:r>
              <w:t>CCG (Brighton MET)</w:t>
            </w:r>
          </w:p>
        </w:tc>
        <w:tc>
          <w:tcPr>
            <w:tcW w:w="2880" w:type="dxa"/>
          </w:tcPr>
          <w:p w14:paraId="34B1C4C0" w14:textId="77777777" w:rsidR="001944AE" w:rsidRDefault="00F06A55">
            <w:r>
              <w:t>12</w:t>
            </w:r>
          </w:p>
        </w:tc>
        <w:tc>
          <w:tcPr>
            <w:tcW w:w="2880" w:type="dxa"/>
          </w:tcPr>
          <w:p w14:paraId="22D5C7FA" w14:textId="77777777" w:rsidR="001944AE" w:rsidRDefault="00F06A55">
            <w:r>
              <w:t>5.5</w:t>
            </w:r>
          </w:p>
        </w:tc>
      </w:tr>
      <w:tr w:rsidR="001944AE" w14:paraId="52F80D14" w14:textId="77777777">
        <w:tc>
          <w:tcPr>
            <w:tcW w:w="2880" w:type="dxa"/>
          </w:tcPr>
          <w:p w14:paraId="18F50C62" w14:textId="77777777" w:rsidR="001944AE" w:rsidRDefault="00F06A55">
            <w:r>
              <w:t>Collyers</w:t>
            </w:r>
          </w:p>
        </w:tc>
        <w:tc>
          <w:tcPr>
            <w:tcW w:w="2880" w:type="dxa"/>
          </w:tcPr>
          <w:p w14:paraId="0BE8C646" w14:textId="77777777" w:rsidR="001944AE" w:rsidRDefault="00F06A55">
            <w:r>
              <w:t>9</w:t>
            </w:r>
          </w:p>
        </w:tc>
        <w:tc>
          <w:tcPr>
            <w:tcW w:w="2880" w:type="dxa"/>
          </w:tcPr>
          <w:p w14:paraId="7C0B2785" w14:textId="77777777" w:rsidR="001944AE" w:rsidRDefault="00F06A55">
            <w:r>
              <w:t>4.1</w:t>
            </w:r>
          </w:p>
        </w:tc>
      </w:tr>
      <w:tr w:rsidR="001944AE" w14:paraId="5146503B" w14:textId="77777777">
        <w:tc>
          <w:tcPr>
            <w:tcW w:w="2880" w:type="dxa"/>
          </w:tcPr>
          <w:p w14:paraId="111AAA89" w14:textId="77777777" w:rsidR="001944AE" w:rsidRDefault="00F06A55">
            <w:r>
              <w:t>CCG (Brinsbury)</w:t>
            </w:r>
          </w:p>
        </w:tc>
        <w:tc>
          <w:tcPr>
            <w:tcW w:w="2880" w:type="dxa"/>
          </w:tcPr>
          <w:p w14:paraId="470CFD52" w14:textId="77777777" w:rsidR="001944AE" w:rsidRDefault="00F06A55">
            <w:r>
              <w:t>5</w:t>
            </w:r>
          </w:p>
        </w:tc>
        <w:tc>
          <w:tcPr>
            <w:tcW w:w="2880" w:type="dxa"/>
          </w:tcPr>
          <w:p w14:paraId="585F0B6E" w14:textId="77777777" w:rsidR="001944AE" w:rsidRDefault="00F06A55">
            <w:r>
              <w:t>2.3</w:t>
            </w:r>
          </w:p>
        </w:tc>
      </w:tr>
      <w:tr w:rsidR="001944AE" w14:paraId="6AAAB38D" w14:textId="77777777">
        <w:tc>
          <w:tcPr>
            <w:tcW w:w="2880" w:type="dxa"/>
          </w:tcPr>
          <w:p w14:paraId="1180B609" w14:textId="77777777" w:rsidR="001944AE" w:rsidRDefault="00F06A55">
            <w:r>
              <w:t>Varndean College</w:t>
            </w:r>
          </w:p>
        </w:tc>
        <w:tc>
          <w:tcPr>
            <w:tcW w:w="2880" w:type="dxa"/>
          </w:tcPr>
          <w:p w14:paraId="11D43F81" w14:textId="77777777" w:rsidR="001944AE" w:rsidRDefault="00F06A55">
            <w:r>
              <w:t>5</w:t>
            </w:r>
          </w:p>
        </w:tc>
        <w:tc>
          <w:tcPr>
            <w:tcW w:w="2880" w:type="dxa"/>
          </w:tcPr>
          <w:p w14:paraId="1694EF3D" w14:textId="77777777" w:rsidR="001944AE" w:rsidRDefault="00F06A55">
            <w:r>
              <w:t>2.3</w:t>
            </w:r>
          </w:p>
        </w:tc>
      </w:tr>
      <w:tr w:rsidR="001944AE" w14:paraId="62F54FAE" w14:textId="77777777">
        <w:tc>
          <w:tcPr>
            <w:tcW w:w="2880" w:type="dxa"/>
          </w:tcPr>
          <w:p w14:paraId="31B71180" w14:textId="77777777" w:rsidR="001944AE" w:rsidRDefault="00F06A55">
            <w:r>
              <w:t>Other School/College</w:t>
            </w:r>
          </w:p>
        </w:tc>
        <w:tc>
          <w:tcPr>
            <w:tcW w:w="2880" w:type="dxa"/>
          </w:tcPr>
          <w:p w14:paraId="572716D8" w14:textId="77777777" w:rsidR="001944AE" w:rsidRDefault="00F06A55">
            <w:r>
              <w:t>5</w:t>
            </w:r>
          </w:p>
        </w:tc>
        <w:tc>
          <w:tcPr>
            <w:tcW w:w="2880" w:type="dxa"/>
          </w:tcPr>
          <w:p w14:paraId="11A430EB" w14:textId="77777777" w:rsidR="001944AE" w:rsidRDefault="00F06A55">
            <w:r>
              <w:t>2.3</w:t>
            </w:r>
          </w:p>
        </w:tc>
      </w:tr>
      <w:tr w:rsidR="001944AE" w14:paraId="66336EE1" w14:textId="77777777">
        <w:tc>
          <w:tcPr>
            <w:tcW w:w="2880" w:type="dxa"/>
          </w:tcPr>
          <w:p w14:paraId="77FEBBC5" w14:textId="77777777" w:rsidR="001944AE" w:rsidRDefault="00F06A55">
            <w:r>
              <w:t>Plumpton College</w:t>
            </w:r>
          </w:p>
        </w:tc>
        <w:tc>
          <w:tcPr>
            <w:tcW w:w="2880" w:type="dxa"/>
          </w:tcPr>
          <w:p w14:paraId="0276748C" w14:textId="77777777" w:rsidR="001944AE" w:rsidRDefault="00F06A55">
            <w:r>
              <w:t>3</w:t>
            </w:r>
          </w:p>
        </w:tc>
        <w:tc>
          <w:tcPr>
            <w:tcW w:w="2880" w:type="dxa"/>
          </w:tcPr>
          <w:p w14:paraId="1561DBA1" w14:textId="77777777" w:rsidR="001944AE" w:rsidRDefault="00F06A55">
            <w:r>
              <w:t>1.4</w:t>
            </w:r>
          </w:p>
        </w:tc>
      </w:tr>
      <w:tr w:rsidR="001944AE" w14:paraId="51E36D45" w14:textId="77777777">
        <w:tc>
          <w:tcPr>
            <w:tcW w:w="2880" w:type="dxa"/>
          </w:tcPr>
          <w:p w14:paraId="5E3191D7" w14:textId="77777777" w:rsidR="001944AE" w:rsidRDefault="00F06A55">
            <w:r>
              <w:t>Apprenticeship</w:t>
            </w:r>
          </w:p>
        </w:tc>
        <w:tc>
          <w:tcPr>
            <w:tcW w:w="2880" w:type="dxa"/>
          </w:tcPr>
          <w:p w14:paraId="2EB4D8B9" w14:textId="77777777" w:rsidR="001944AE" w:rsidRDefault="00F06A55">
            <w:r>
              <w:t>2</w:t>
            </w:r>
          </w:p>
        </w:tc>
        <w:tc>
          <w:tcPr>
            <w:tcW w:w="2880" w:type="dxa"/>
          </w:tcPr>
          <w:p w14:paraId="6AEAEF18" w14:textId="77777777" w:rsidR="001944AE" w:rsidRDefault="00F06A55">
            <w:r>
              <w:t>0.9</w:t>
            </w:r>
          </w:p>
        </w:tc>
      </w:tr>
      <w:tr w:rsidR="001944AE" w14:paraId="0986D338" w14:textId="77777777">
        <w:tc>
          <w:tcPr>
            <w:tcW w:w="2880" w:type="dxa"/>
          </w:tcPr>
          <w:p w14:paraId="1CE3CC28" w14:textId="77777777" w:rsidR="001944AE" w:rsidRDefault="00F06A55">
            <w:r>
              <w:t>Brighton College</w:t>
            </w:r>
          </w:p>
        </w:tc>
        <w:tc>
          <w:tcPr>
            <w:tcW w:w="2880" w:type="dxa"/>
          </w:tcPr>
          <w:p w14:paraId="6A1BD712" w14:textId="77777777" w:rsidR="001944AE" w:rsidRDefault="00F06A55">
            <w:r>
              <w:t>1</w:t>
            </w:r>
          </w:p>
        </w:tc>
        <w:tc>
          <w:tcPr>
            <w:tcW w:w="2880" w:type="dxa"/>
          </w:tcPr>
          <w:p w14:paraId="4916C4C0" w14:textId="77777777" w:rsidR="001944AE" w:rsidRDefault="00F06A55">
            <w:r>
              <w:t>0.5</w:t>
            </w:r>
          </w:p>
        </w:tc>
      </w:tr>
      <w:tr w:rsidR="001944AE" w14:paraId="6BC49921" w14:textId="77777777">
        <w:tc>
          <w:tcPr>
            <w:tcW w:w="2880" w:type="dxa"/>
          </w:tcPr>
          <w:p w14:paraId="1461BA2D" w14:textId="77777777" w:rsidR="001944AE" w:rsidRDefault="00F06A55">
            <w:r>
              <w:t>Oxted School</w:t>
            </w:r>
          </w:p>
        </w:tc>
        <w:tc>
          <w:tcPr>
            <w:tcW w:w="2880" w:type="dxa"/>
          </w:tcPr>
          <w:p w14:paraId="043017FC" w14:textId="77777777" w:rsidR="001944AE" w:rsidRDefault="00F06A55">
            <w:r>
              <w:t>1</w:t>
            </w:r>
          </w:p>
        </w:tc>
        <w:tc>
          <w:tcPr>
            <w:tcW w:w="2880" w:type="dxa"/>
          </w:tcPr>
          <w:p w14:paraId="4414C489" w14:textId="77777777" w:rsidR="001944AE" w:rsidRDefault="00F06A55">
            <w:r>
              <w:t>0.5</w:t>
            </w:r>
          </w:p>
        </w:tc>
      </w:tr>
      <w:tr w:rsidR="001944AE" w14:paraId="7B550B3C" w14:textId="77777777">
        <w:tc>
          <w:tcPr>
            <w:tcW w:w="2880" w:type="dxa"/>
          </w:tcPr>
          <w:p w14:paraId="70336D43" w14:textId="77777777" w:rsidR="001944AE" w:rsidRDefault="00F06A55">
            <w:r>
              <w:t>Roedean College</w:t>
            </w:r>
          </w:p>
        </w:tc>
        <w:tc>
          <w:tcPr>
            <w:tcW w:w="2880" w:type="dxa"/>
          </w:tcPr>
          <w:p w14:paraId="7FF3A14A" w14:textId="77777777" w:rsidR="001944AE" w:rsidRDefault="00F06A55">
            <w:r>
              <w:t>1</w:t>
            </w:r>
          </w:p>
        </w:tc>
        <w:tc>
          <w:tcPr>
            <w:tcW w:w="2880" w:type="dxa"/>
          </w:tcPr>
          <w:p w14:paraId="407FA11F" w14:textId="77777777" w:rsidR="001944AE" w:rsidRDefault="00F06A55">
            <w:r>
              <w:t>0.5</w:t>
            </w:r>
          </w:p>
        </w:tc>
      </w:tr>
      <w:tr w:rsidR="001944AE" w14:paraId="3D4E8676" w14:textId="77777777">
        <w:tc>
          <w:tcPr>
            <w:tcW w:w="2880" w:type="dxa"/>
          </w:tcPr>
          <w:p w14:paraId="089CE8FF" w14:textId="77777777" w:rsidR="001944AE" w:rsidRDefault="00F06A55">
            <w:r>
              <w:t>British Army</w:t>
            </w:r>
          </w:p>
        </w:tc>
        <w:tc>
          <w:tcPr>
            <w:tcW w:w="2880" w:type="dxa"/>
          </w:tcPr>
          <w:p w14:paraId="06A33D35" w14:textId="77777777" w:rsidR="001944AE" w:rsidRDefault="00F06A55">
            <w:r>
              <w:t>1</w:t>
            </w:r>
          </w:p>
        </w:tc>
        <w:tc>
          <w:tcPr>
            <w:tcW w:w="2880" w:type="dxa"/>
          </w:tcPr>
          <w:p w14:paraId="3F6FC111" w14:textId="77777777" w:rsidR="001944AE" w:rsidRDefault="00F06A55">
            <w:r>
              <w:t>0.5</w:t>
            </w:r>
          </w:p>
        </w:tc>
      </w:tr>
      <w:tr w:rsidR="001944AE" w14:paraId="378A93F0" w14:textId="77777777">
        <w:tc>
          <w:tcPr>
            <w:tcW w:w="2880" w:type="dxa"/>
          </w:tcPr>
          <w:p w14:paraId="08893C2E" w14:textId="77777777" w:rsidR="001944AE" w:rsidRDefault="00F06A55">
            <w:r>
              <w:t>Total</w:t>
            </w:r>
          </w:p>
        </w:tc>
        <w:tc>
          <w:tcPr>
            <w:tcW w:w="2880" w:type="dxa"/>
          </w:tcPr>
          <w:p w14:paraId="13D665FD" w14:textId="77777777" w:rsidR="001944AE" w:rsidRDefault="00F06A55">
            <w:r>
              <w:t>217</w:t>
            </w:r>
          </w:p>
        </w:tc>
        <w:tc>
          <w:tcPr>
            <w:tcW w:w="2880" w:type="dxa"/>
          </w:tcPr>
          <w:p w14:paraId="23135402" w14:textId="77777777" w:rsidR="001944AE" w:rsidRDefault="00F06A55">
            <w:r>
              <w:t>100%</w:t>
            </w:r>
          </w:p>
        </w:tc>
      </w:tr>
    </w:tbl>
    <w:p w14:paraId="5A5A3567" w14:textId="77777777" w:rsidR="00F06A55" w:rsidRDefault="00F06A55"/>
    <w:sectPr w:rsidR="0000000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52770129">
    <w:abstractNumId w:val="8"/>
  </w:num>
  <w:num w:numId="2" w16cid:durableId="1074397485">
    <w:abstractNumId w:val="6"/>
  </w:num>
  <w:num w:numId="3" w16cid:durableId="1548570938">
    <w:abstractNumId w:val="5"/>
  </w:num>
  <w:num w:numId="4" w16cid:durableId="1973441721">
    <w:abstractNumId w:val="4"/>
  </w:num>
  <w:num w:numId="5" w16cid:durableId="1849060079">
    <w:abstractNumId w:val="7"/>
  </w:num>
  <w:num w:numId="6" w16cid:durableId="1099642862">
    <w:abstractNumId w:val="3"/>
  </w:num>
  <w:num w:numId="7" w16cid:durableId="927151295">
    <w:abstractNumId w:val="2"/>
  </w:num>
  <w:num w:numId="8" w16cid:durableId="1961573665">
    <w:abstractNumId w:val="1"/>
  </w:num>
  <w:num w:numId="9" w16cid:durableId="171746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44AE"/>
    <w:rsid w:val="0029639D"/>
    <w:rsid w:val="00326F90"/>
    <w:rsid w:val="005B5880"/>
    <w:rsid w:val="00AA1D8D"/>
    <w:rsid w:val="00B47730"/>
    <w:rsid w:val="00B90F69"/>
    <w:rsid w:val="00CB0664"/>
    <w:rsid w:val="00F06A5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BD4A4"/>
  <w14:defaultImageDpi w14:val="300"/>
  <w15:docId w15:val="{BF68C7FE-05C0-46BE-A968-971B77F4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Fisher</cp:lastModifiedBy>
  <cp:revision>2</cp:revision>
  <dcterms:created xsi:type="dcterms:W3CDTF">2025-10-10T10:47:00Z</dcterms:created>
  <dcterms:modified xsi:type="dcterms:W3CDTF">2025-10-10T10:47:00Z</dcterms:modified>
  <cp:category/>
</cp:coreProperties>
</file>